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AAD0B5" w14:textId="77777777" w:rsidR="00C61E04" w:rsidRPr="002F26AF" w:rsidRDefault="00000000">
      <w:pPr>
        <w:spacing w:after="200"/>
        <w:jc w:val="right"/>
        <w:rPr>
          <w:rFonts w:ascii="Corbel Light" w:hAnsi="Corbel Light"/>
        </w:rPr>
      </w:pPr>
      <w:r w:rsidRPr="002F26AF">
        <w:rPr>
          <w:rFonts w:ascii="Corbel Light" w:hAnsi="Corbel Light"/>
          <w:b/>
        </w:rPr>
        <w:t>ALLEGATO 1</w:t>
      </w:r>
    </w:p>
    <w:p w14:paraId="4215AF6F" w14:textId="77777777" w:rsidR="00C61E04" w:rsidRPr="002F26AF" w:rsidRDefault="00000000">
      <w:pPr>
        <w:spacing w:after="40"/>
        <w:jc w:val="center"/>
        <w:rPr>
          <w:rFonts w:ascii="Corbel Light" w:hAnsi="Corbel Light"/>
        </w:rPr>
      </w:pPr>
      <w:r w:rsidRPr="002F26AF">
        <w:rPr>
          <w:rFonts w:ascii="Corbel Light" w:hAnsi="Corbel Light"/>
          <w:b/>
        </w:rPr>
        <w:t>CONSORZIO DI BONIFICA INTEGRALE COMPRENSORIO SARNO</w:t>
      </w:r>
    </w:p>
    <w:p w14:paraId="54F7FC94" w14:textId="77777777" w:rsidR="00C61E04" w:rsidRPr="002F26AF" w:rsidRDefault="00000000">
      <w:pPr>
        <w:spacing w:after="240"/>
        <w:jc w:val="center"/>
        <w:rPr>
          <w:rFonts w:ascii="Corbel Light" w:hAnsi="Corbel Light"/>
        </w:rPr>
      </w:pPr>
      <w:r w:rsidRPr="002F26AF">
        <w:rPr>
          <w:rFonts w:ascii="Corbel Light" w:hAnsi="Corbel Light"/>
          <w:b/>
        </w:rPr>
        <w:t>DIREZIONE GENERALE</w:t>
      </w:r>
    </w:p>
    <w:p w14:paraId="48A1B001" w14:textId="77777777" w:rsidR="00C61E04" w:rsidRPr="002F26AF" w:rsidRDefault="00000000">
      <w:pPr>
        <w:spacing w:after="280"/>
        <w:jc w:val="center"/>
        <w:rPr>
          <w:rFonts w:ascii="Corbel Light" w:hAnsi="Corbel Light"/>
        </w:rPr>
      </w:pPr>
      <w:r w:rsidRPr="002F26AF">
        <w:rPr>
          <w:rFonts w:ascii="Corbel Light" w:hAnsi="Corbel Light"/>
          <w:b/>
        </w:rPr>
        <w:t>DOMANDA DI CANDIDATURA PER LA NOMINA A PRESIDENTE/COMPONENTE DELL’ORGANISMO INDIPENDENTE DI VALUTAZIONE DELLA PERFORMANCE (O.I.V.) IN FORMA COLLEGIALE</w:t>
      </w:r>
    </w:p>
    <w:p w14:paraId="7DE9E1F6" w14:textId="77777777" w:rsidR="00C61E04" w:rsidRPr="002F26AF" w:rsidRDefault="00000000">
      <w:pPr>
        <w:spacing w:after="240"/>
        <w:jc w:val="right"/>
        <w:rPr>
          <w:rFonts w:ascii="Corbel Light" w:hAnsi="Corbel Light"/>
        </w:rPr>
      </w:pPr>
      <w:r w:rsidRPr="002F26AF">
        <w:rPr>
          <w:rFonts w:ascii="Corbel Light" w:hAnsi="Corbel Light"/>
        </w:rPr>
        <w:t>Spett.le</w:t>
      </w:r>
      <w:r w:rsidRPr="002F26AF">
        <w:rPr>
          <w:rFonts w:ascii="Corbel Light" w:hAnsi="Corbel Light"/>
        </w:rPr>
        <w:br/>
        <w:t>Consorzio di Bonifica Integrale</w:t>
      </w:r>
      <w:r w:rsidRPr="002F26AF">
        <w:rPr>
          <w:rFonts w:ascii="Corbel Light" w:hAnsi="Corbel Light"/>
        </w:rPr>
        <w:br/>
        <w:t>Comprensorio Sarno</w:t>
      </w:r>
      <w:r w:rsidRPr="002F26AF">
        <w:rPr>
          <w:rFonts w:ascii="Corbel Light" w:hAnsi="Corbel Light"/>
        </w:rPr>
        <w:br/>
        <w:t>Via Giuseppe Atzori s.n.c.</w:t>
      </w:r>
      <w:r w:rsidRPr="002F26AF">
        <w:rPr>
          <w:rFonts w:ascii="Corbel Light" w:hAnsi="Corbel Light"/>
        </w:rPr>
        <w:br/>
        <w:t>84014 Nocera Inferiore (SA)</w:t>
      </w:r>
      <w:r w:rsidRPr="002F26AF">
        <w:rPr>
          <w:rFonts w:ascii="Corbel Light" w:hAnsi="Corbel Light"/>
        </w:rPr>
        <w:br/>
        <w:t>PEC: protocollo@pec.bonificasarno.it</w:t>
      </w:r>
    </w:p>
    <w:p w14:paraId="108EA523" w14:textId="77777777" w:rsidR="00C61E04" w:rsidRPr="002F26AF" w:rsidRDefault="00000000">
      <w:pPr>
        <w:spacing w:after="100"/>
        <w:rPr>
          <w:rFonts w:ascii="Corbel Light" w:hAnsi="Corbel Light"/>
        </w:rPr>
      </w:pPr>
      <w:r w:rsidRPr="002F26AF">
        <w:rPr>
          <w:rFonts w:ascii="Corbel Light" w:hAnsi="Corbel Light"/>
        </w:rPr>
        <w:t>Il/La sottoscritto/a __________________________________________________________</w:t>
      </w:r>
    </w:p>
    <w:p w14:paraId="4B61F27A" w14:textId="77777777" w:rsidR="00C61E04" w:rsidRPr="002F26AF" w:rsidRDefault="00000000">
      <w:pPr>
        <w:spacing w:after="100"/>
        <w:rPr>
          <w:rFonts w:ascii="Corbel Light" w:hAnsi="Corbel Light"/>
        </w:rPr>
      </w:pPr>
      <w:r w:rsidRPr="002F26AF">
        <w:rPr>
          <w:rFonts w:ascii="Corbel Light" w:hAnsi="Corbel Light"/>
        </w:rPr>
        <w:t>nato/a a ______________________________ (prov. ____), il __________________</w:t>
      </w:r>
    </w:p>
    <w:p w14:paraId="07A00618" w14:textId="77777777" w:rsidR="00C61E04" w:rsidRPr="002F26AF" w:rsidRDefault="00000000">
      <w:pPr>
        <w:spacing w:after="100"/>
        <w:rPr>
          <w:rFonts w:ascii="Corbel Light" w:hAnsi="Corbel Light"/>
        </w:rPr>
      </w:pPr>
      <w:r w:rsidRPr="002F26AF">
        <w:rPr>
          <w:rFonts w:ascii="Corbel Light" w:hAnsi="Corbel Light"/>
        </w:rPr>
        <w:t>residente in ____________________________ (prov. ____), via/piazza ________________________</w:t>
      </w:r>
    </w:p>
    <w:p w14:paraId="21167D0B" w14:textId="77777777" w:rsidR="00C61E04" w:rsidRPr="002F26AF" w:rsidRDefault="00000000">
      <w:pPr>
        <w:spacing w:after="100"/>
        <w:rPr>
          <w:rFonts w:ascii="Corbel Light" w:hAnsi="Corbel Light"/>
        </w:rPr>
      </w:pPr>
      <w:r w:rsidRPr="002F26AF">
        <w:rPr>
          <w:rFonts w:ascii="Corbel Light" w:hAnsi="Corbel Light"/>
        </w:rPr>
        <w:t>codice fiscale ____________________________  telefono ______________________</w:t>
      </w:r>
    </w:p>
    <w:p w14:paraId="76C7DCEB" w14:textId="77777777" w:rsidR="00C61E04" w:rsidRPr="002F26AF" w:rsidRDefault="00000000">
      <w:pPr>
        <w:spacing w:after="180"/>
        <w:rPr>
          <w:rFonts w:ascii="Corbel Light" w:hAnsi="Corbel Light"/>
        </w:rPr>
      </w:pPr>
      <w:r w:rsidRPr="002F26AF">
        <w:rPr>
          <w:rFonts w:ascii="Corbel Light" w:hAnsi="Corbel Light"/>
        </w:rPr>
        <w:t>PEC __________________________________  e-mail __________________________</w:t>
      </w:r>
    </w:p>
    <w:p w14:paraId="6C731FF9" w14:textId="77777777" w:rsidR="00C61E04" w:rsidRPr="002F26AF" w:rsidRDefault="00000000">
      <w:pPr>
        <w:spacing w:after="160"/>
        <w:jc w:val="both"/>
        <w:rPr>
          <w:rFonts w:ascii="Corbel Light" w:hAnsi="Corbel Light"/>
        </w:rPr>
      </w:pPr>
      <w:r w:rsidRPr="002F26AF">
        <w:rPr>
          <w:rFonts w:ascii="Corbel Light" w:hAnsi="Corbel Light"/>
        </w:rPr>
        <w:t>Visto l’Avviso di procedura selettiva pubblica finalizzata all’acquisizione di manifestazioni di interesse per la nomina dell’Organismo Indipendente di Valutazione della performance (OIV) del Consorzio di Bonifica Integrale Comprensorio Sarno, in forma collegiale,</w:t>
      </w:r>
    </w:p>
    <w:p w14:paraId="179E965C" w14:textId="77777777" w:rsidR="00C61E04" w:rsidRPr="002F26AF" w:rsidRDefault="00000000">
      <w:pPr>
        <w:spacing w:after="160"/>
        <w:jc w:val="center"/>
        <w:rPr>
          <w:rFonts w:ascii="Corbel Light" w:hAnsi="Corbel Light"/>
        </w:rPr>
      </w:pPr>
      <w:r w:rsidRPr="002F26AF">
        <w:rPr>
          <w:rFonts w:ascii="Corbel Light" w:hAnsi="Corbel Light"/>
          <w:b/>
        </w:rPr>
        <w:t>PROPONE</w:t>
      </w:r>
    </w:p>
    <w:p w14:paraId="39FB077C" w14:textId="77777777" w:rsidR="00C61E04" w:rsidRPr="002F26AF" w:rsidRDefault="00000000">
      <w:pPr>
        <w:spacing w:after="100"/>
        <w:jc w:val="both"/>
        <w:rPr>
          <w:rFonts w:ascii="Corbel Light" w:hAnsi="Corbel Light"/>
        </w:rPr>
      </w:pPr>
      <w:r w:rsidRPr="002F26AF">
        <w:rPr>
          <w:rFonts w:ascii="Corbel Light" w:hAnsi="Corbel Light"/>
        </w:rPr>
        <w:t>la propria candidatura per la nomina nell’Organismo Indipendente di Valutazione (OIV) del Consorzio di Bonifica Integrale Comprensorio Sarno, in qualità di:</w:t>
      </w:r>
    </w:p>
    <w:p w14:paraId="6E5B057F" w14:textId="77777777" w:rsidR="00C61E04" w:rsidRPr="002F26AF" w:rsidRDefault="00000000">
      <w:pPr>
        <w:spacing w:after="60"/>
        <w:ind w:left="454"/>
        <w:rPr>
          <w:rFonts w:ascii="Corbel Light" w:hAnsi="Corbel Light"/>
        </w:rPr>
      </w:pPr>
      <w:r w:rsidRPr="002F26AF">
        <w:rPr>
          <w:rFonts w:ascii="Arial" w:hAnsi="Arial" w:cs="Arial"/>
        </w:rPr>
        <w:t>□</w:t>
      </w:r>
      <w:r w:rsidRPr="002F26AF">
        <w:rPr>
          <w:rFonts w:ascii="Corbel Light" w:hAnsi="Corbel Light"/>
        </w:rPr>
        <w:t xml:space="preserve"> Presidente</w:t>
      </w:r>
    </w:p>
    <w:p w14:paraId="34EED718" w14:textId="77777777" w:rsidR="00C61E04" w:rsidRPr="002F26AF" w:rsidRDefault="00000000">
      <w:pPr>
        <w:spacing w:after="60"/>
        <w:ind w:left="454"/>
        <w:rPr>
          <w:rFonts w:ascii="Corbel Light" w:hAnsi="Corbel Light"/>
        </w:rPr>
      </w:pPr>
      <w:r w:rsidRPr="002F26AF">
        <w:rPr>
          <w:rFonts w:ascii="Arial" w:hAnsi="Arial" w:cs="Arial"/>
        </w:rPr>
        <w:t>□</w:t>
      </w:r>
      <w:r w:rsidRPr="002F26AF">
        <w:rPr>
          <w:rFonts w:ascii="Corbel Light" w:hAnsi="Corbel Light"/>
        </w:rPr>
        <w:t xml:space="preserve"> Componente</w:t>
      </w:r>
    </w:p>
    <w:p w14:paraId="49BE743B" w14:textId="77777777" w:rsidR="00C61E04" w:rsidRPr="002F26AF" w:rsidRDefault="00000000">
      <w:pPr>
        <w:spacing w:after="60"/>
        <w:ind w:left="454"/>
        <w:rPr>
          <w:rFonts w:ascii="Corbel Light" w:hAnsi="Corbel Light"/>
        </w:rPr>
      </w:pPr>
      <w:r w:rsidRPr="002F26AF">
        <w:rPr>
          <w:rFonts w:ascii="Arial" w:hAnsi="Arial" w:cs="Arial"/>
        </w:rPr>
        <w:t>□</w:t>
      </w:r>
      <w:r w:rsidRPr="002F26AF">
        <w:rPr>
          <w:rFonts w:ascii="Corbel Light" w:hAnsi="Corbel Light"/>
        </w:rPr>
        <w:t xml:space="preserve"> Presidente / Componente</w:t>
      </w:r>
    </w:p>
    <w:p w14:paraId="2A7DE456" w14:textId="77777777" w:rsidR="00C61E04" w:rsidRPr="002F26AF" w:rsidRDefault="00000000">
      <w:pPr>
        <w:spacing w:after="100"/>
        <w:jc w:val="both"/>
        <w:rPr>
          <w:rFonts w:ascii="Corbel Light" w:hAnsi="Corbel Light"/>
        </w:rPr>
      </w:pPr>
      <w:r w:rsidRPr="002F26AF">
        <w:rPr>
          <w:rFonts w:ascii="Corbel Light" w:hAnsi="Corbel Light"/>
        </w:rPr>
        <w:t>A tal fine allega alla presente:</w:t>
      </w:r>
    </w:p>
    <w:p w14:paraId="3AAD761C" w14:textId="77777777" w:rsidR="00C61E04" w:rsidRPr="002F26AF" w:rsidRDefault="00000000">
      <w:pPr>
        <w:spacing w:after="60"/>
        <w:ind w:left="283" w:hanging="283"/>
        <w:jc w:val="both"/>
        <w:rPr>
          <w:rFonts w:ascii="Corbel Light" w:hAnsi="Corbel Light"/>
        </w:rPr>
      </w:pPr>
      <w:r w:rsidRPr="002F26AF">
        <w:rPr>
          <w:rFonts w:ascii="Corbel Light" w:hAnsi="Corbel Light"/>
        </w:rPr>
        <w:t>1. dichiarazione sostitutiva di certificazione e di atto di notorietà, resa ai sensi degli artt. 46 e 47 del D.P.R. 28 dicembre 2000, n. 445, attestante il possesso dei requisiti richiesti dall’Avviso e l’insussistenza delle cause ostative, di incompatibilità e di conflitto di interessi (Allegato 2);</w:t>
      </w:r>
    </w:p>
    <w:p w14:paraId="2B98D2DC" w14:textId="77777777" w:rsidR="00C61E04" w:rsidRPr="002F26AF" w:rsidRDefault="00000000">
      <w:pPr>
        <w:spacing w:after="60"/>
        <w:ind w:left="283" w:hanging="283"/>
        <w:jc w:val="both"/>
        <w:rPr>
          <w:rFonts w:ascii="Corbel Light" w:hAnsi="Corbel Light"/>
        </w:rPr>
      </w:pPr>
      <w:r w:rsidRPr="002F26AF">
        <w:rPr>
          <w:rFonts w:ascii="Corbel Light" w:hAnsi="Corbel Light"/>
        </w:rPr>
        <w:t>2. curriculum vitae in formato europeo, debitamente sottoscritto, dal quale risultino le esperienze professionali e gli incarichi svolti;</w:t>
      </w:r>
    </w:p>
    <w:p w14:paraId="20DE0EBA" w14:textId="77777777" w:rsidR="00C61E04" w:rsidRPr="002F26AF" w:rsidRDefault="00000000">
      <w:pPr>
        <w:spacing w:after="60"/>
        <w:ind w:left="283" w:hanging="283"/>
        <w:jc w:val="both"/>
        <w:rPr>
          <w:rFonts w:ascii="Corbel Light" w:hAnsi="Corbel Light"/>
        </w:rPr>
      </w:pPr>
      <w:r w:rsidRPr="002F26AF">
        <w:rPr>
          <w:rFonts w:ascii="Corbel Light" w:hAnsi="Corbel Light"/>
        </w:rPr>
        <w:t>3. relazione di accompagnamento, debitamente sottoscritta, dalla quale si evincano le esperienze maturate in relazione al ruolo da svolgere;</w:t>
      </w:r>
    </w:p>
    <w:p w14:paraId="01E7B005" w14:textId="77777777" w:rsidR="00C61E04" w:rsidRPr="002F26AF" w:rsidRDefault="00000000">
      <w:pPr>
        <w:spacing w:after="60"/>
        <w:ind w:left="283" w:hanging="283"/>
        <w:jc w:val="both"/>
        <w:rPr>
          <w:rFonts w:ascii="Corbel Light" w:hAnsi="Corbel Light"/>
        </w:rPr>
      </w:pPr>
      <w:r w:rsidRPr="002F26AF">
        <w:rPr>
          <w:rFonts w:ascii="Corbel Light" w:hAnsi="Corbel Light"/>
        </w:rPr>
        <w:t>4. copia di un documento di identità in corso di validità, qualora la domanda e le dichiarazioni non siano sottoscritte con firma digitale.</w:t>
      </w:r>
    </w:p>
    <w:p w14:paraId="30585701" w14:textId="77777777" w:rsidR="00C61E04" w:rsidRPr="002F26AF" w:rsidRDefault="00000000">
      <w:pPr>
        <w:spacing w:after="200"/>
        <w:jc w:val="both"/>
        <w:rPr>
          <w:rFonts w:ascii="Corbel Light" w:hAnsi="Corbel Light"/>
        </w:rPr>
      </w:pPr>
      <w:r w:rsidRPr="002F26AF">
        <w:rPr>
          <w:rFonts w:ascii="Corbel Light" w:hAnsi="Corbel Light"/>
        </w:rPr>
        <w:t>Il/La sottoscritto/a chiede che ogni comunicazione relativa alla procedura sia trasmessa all’indirizzo PEC sopra indicato e si impegna a comunicare tempestivamente ogni eventuale variazione.</w:t>
      </w:r>
    </w:p>
    <w:tbl>
      <w:tblPr>
        <w:tblW w:w="0" w:type="auto"/>
        <w:jc w:val="center"/>
        <w:tblLayout w:type="fixed"/>
        <w:tblLook w:val="04A0" w:firstRow="1" w:lastRow="0" w:firstColumn="1" w:lastColumn="0" w:noHBand="0" w:noVBand="1"/>
      </w:tblPr>
      <w:tblGrid>
        <w:gridCol w:w="4535"/>
        <w:gridCol w:w="4535"/>
      </w:tblGrid>
      <w:tr w:rsidR="00C61E04" w:rsidRPr="002F26AF" w14:paraId="3EB78FEC" w14:textId="77777777">
        <w:trPr>
          <w:jc w:val="center"/>
        </w:trPr>
        <w:tc>
          <w:tcPr>
            <w:tcW w:w="4535" w:type="dxa"/>
            <w:tcBorders>
              <w:top w:val="nil"/>
              <w:left w:val="nil"/>
              <w:bottom w:val="nil"/>
              <w:right w:val="nil"/>
            </w:tcBorders>
            <w:tcMar>
              <w:top w:w="50" w:type="dxa"/>
              <w:left w:w="50" w:type="dxa"/>
              <w:bottom w:w="50" w:type="dxa"/>
              <w:right w:w="50" w:type="dxa"/>
            </w:tcMar>
            <w:vAlign w:val="center"/>
          </w:tcPr>
          <w:p w14:paraId="736222B1" w14:textId="77777777" w:rsidR="00C61E04" w:rsidRPr="002F26AF" w:rsidRDefault="00000000">
            <w:pPr>
              <w:jc w:val="center"/>
              <w:rPr>
                <w:rFonts w:ascii="Corbel Light" w:hAnsi="Corbel Light"/>
              </w:rPr>
            </w:pPr>
            <w:r w:rsidRPr="002F26AF">
              <w:rPr>
                <w:rFonts w:ascii="Corbel Light" w:hAnsi="Corbel Light"/>
              </w:rPr>
              <w:t>Luogo e data __________________________</w:t>
            </w:r>
          </w:p>
        </w:tc>
        <w:tc>
          <w:tcPr>
            <w:tcW w:w="4535" w:type="dxa"/>
            <w:tcBorders>
              <w:top w:val="nil"/>
              <w:left w:val="nil"/>
              <w:bottom w:val="nil"/>
              <w:right w:val="nil"/>
            </w:tcBorders>
            <w:tcMar>
              <w:top w:w="50" w:type="dxa"/>
              <w:left w:w="50" w:type="dxa"/>
              <w:bottom w:w="50" w:type="dxa"/>
              <w:right w:w="50" w:type="dxa"/>
            </w:tcMar>
            <w:vAlign w:val="center"/>
          </w:tcPr>
          <w:p w14:paraId="16D9DB1C" w14:textId="77777777" w:rsidR="00C61E04" w:rsidRPr="002F26AF" w:rsidRDefault="00000000">
            <w:pPr>
              <w:jc w:val="center"/>
              <w:rPr>
                <w:rFonts w:ascii="Corbel Light" w:hAnsi="Corbel Light"/>
              </w:rPr>
            </w:pPr>
            <w:r w:rsidRPr="002F26AF">
              <w:rPr>
                <w:rFonts w:ascii="Corbel Light" w:hAnsi="Corbel Light"/>
              </w:rPr>
              <w:t>FIRMA</w:t>
            </w:r>
          </w:p>
        </w:tc>
      </w:tr>
      <w:tr w:rsidR="00C61E04" w:rsidRPr="002F26AF" w14:paraId="00383CA7" w14:textId="77777777">
        <w:trPr>
          <w:jc w:val="center"/>
        </w:trPr>
        <w:tc>
          <w:tcPr>
            <w:tcW w:w="4535" w:type="dxa"/>
            <w:tcBorders>
              <w:top w:val="nil"/>
              <w:left w:val="nil"/>
              <w:bottom w:val="nil"/>
              <w:right w:val="nil"/>
            </w:tcBorders>
            <w:tcMar>
              <w:top w:w="50" w:type="dxa"/>
              <w:left w:w="50" w:type="dxa"/>
              <w:bottom w:w="50" w:type="dxa"/>
              <w:right w:w="50" w:type="dxa"/>
            </w:tcMar>
            <w:vAlign w:val="center"/>
          </w:tcPr>
          <w:p w14:paraId="231926E7" w14:textId="77777777" w:rsidR="00C61E04" w:rsidRPr="002F26AF" w:rsidRDefault="00C61E04">
            <w:pPr>
              <w:jc w:val="center"/>
              <w:rPr>
                <w:rFonts w:ascii="Corbel Light" w:hAnsi="Corbel Light"/>
              </w:rPr>
            </w:pPr>
          </w:p>
        </w:tc>
        <w:tc>
          <w:tcPr>
            <w:tcW w:w="4535" w:type="dxa"/>
            <w:tcBorders>
              <w:top w:val="nil"/>
              <w:left w:val="nil"/>
              <w:bottom w:val="nil"/>
              <w:right w:val="nil"/>
            </w:tcBorders>
            <w:tcMar>
              <w:top w:w="50" w:type="dxa"/>
              <w:left w:w="50" w:type="dxa"/>
              <w:bottom w:w="50" w:type="dxa"/>
              <w:right w:w="50" w:type="dxa"/>
            </w:tcMar>
            <w:vAlign w:val="center"/>
          </w:tcPr>
          <w:p w14:paraId="16F6416A" w14:textId="77777777" w:rsidR="00C61E04" w:rsidRPr="002F26AF" w:rsidRDefault="00000000">
            <w:pPr>
              <w:jc w:val="center"/>
              <w:rPr>
                <w:rFonts w:ascii="Corbel Light" w:hAnsi="Corbel Light"/>
              </w:rPr>
            </w:pPr>
            <w:r w:rsidRPr="002F26AF">
              <w:rPr>
                <w:rFonts w:ascii="Corbel Light" w:hAnsi="Corbel Light"/>
              </w:rPr>
              <w:t>__________________________________</w:t>
            </w:r>
          </w:p>
        </w:tc>
      </w:tr>
    </w:tbl>
    <w:p w14:paraId="087B8E8A" w14:textId="77777777" w:rsidR="009B1111" w:rsidRPr="002F26AF" w:rsidRDefault="009B1111">
      <w:pPr>
        <w:rPr>
          <w:rFonts w:ascii="Corbel Light" w:hAnsi="Corbel Light"/>
        </w:rPr>
      </w:pPr>
    </w:p>
    <w:sectPr w:rsidR="009B1111" w:rsidRPr="002F26AF" w:rsidSect="00AF4308">
      <w:headerReference w:type="default" r:id="rId8"/>
      <w:footerReference w:type="default" r:id="rId9"/>
      <w:pgSz w:w="11906" w:h="16838"/>
      <w:pgMar w:top="1843" w:right="1247" w:bottom="1134" w:left="1247"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19A2EC" w14:textId="77777777" w:rsidR="003F476F" w:rsidRDefault="003F476F" w:rsidP="00AF4308">
      <w:pPr>
        <w:spacing w:after="0"/>
      </w:pPr>
      <w:r>
        <w:separator/>
      </w:r>
    </w:p>
  </w:endnote>
  <w:endnote w:type="continuationSeparator" w:id="0">
    <w:p w14:paraId="3226ED22" w14:textId="77777777" w:rsidR="003F476F" w:rsidRDefault="003F476F" w:rsidP="00AF430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Corbel Light">
    <w:panose1 w:val="020B03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0851E" w14:textId="3F6F4CAD" w:rsidR="00AF4308" w:rsidRPr="0020461C" w:rsidRDefault="00ED285E" w:rsidP="00AF4308">
    <w:pPr>
      <w:pStyle w:val="Pidipagina"/>
      <w:ind w:firstLine="2124"/>
      <w:rPr>
        <w:rFonts w:ascii="Garamond" w:hAnsi="Garamond"/>
        <w:sz w:val="20"/>
        <w:szCs w:val="20"/>
      </w:rPr>
    </w:pPr>
    <w:r>
      <w:rPr>
        <w:noProof/>
      </w:rPr>
      <w:drawing>
        <wp:anchor distT="0" distB="0" distL="0" distR="0" simplePos="0" relativeHeight="251657728" behindDoc="0" locked="0" layoutInCell="1" allowOverlap="1" wp14:anchorId="068F1135" wp14:editId="3511F879">
          <wp:simplePos x="0" y="0"/>
          <wp:positionH relativeFrom="margin">
            <wp:posOffset>-27940</wp:posOffset>
          </wp:positionH>
          <wp:positionV relativeFrom="margin">
            <wp:posOffset>8902700</wp:posOffset>
          </wp:positionV>
          <wp:extent cx="1947545" cy="471170"/>
          <wp:effectExtent l="0" t="0" r="0" b="5080"/>
          <wp:wrapSquare wrapText="largest"/>
          <wp:docPr id="30606143"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l="2946" t="12576" r="65169" b="14737"/>
                  <a:stretch>
                    <a:fillRect/>
                  </a:stretch>
                </pic:blipFill>
                <pic:spPr bwMode="auto">
                  <a:xfrm>
                    <a:off x="0" y="0"/>
                    <a:ext cx="1947545" cy="47117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00AF4308">
      <w:rPr>
        <w:rFonts w:ascii="Garamond" w:hAnsi="Garamond"/>
        <w:sz w:val="20"/>
        <w:szCs w:val="20"/>
      </w:rPr>
      <w:tab/>
    </w:r>
    <w:r w:rsidR="00AF4308" w:rsidRPr="0020461C">
      <w:rPr>
        <w:rFonts w:ascii="Garamond" w:hAnsi="Garamond"/>
        <w:sz w:val="20"/>
        <w:szCs w:val="20"/>
      </w:rPr>
      <w:fldChar w:fldCharType="begin"/>
    </w:r>
    <w:r w:rsidR="00AF4308" w:rsidRPr="0020461C">
      <w:rPr>
        <w:rFonts w:ascii="Garamond" w:hAnsi="Garamond"/>
        <w:sz w:val="20"/>
        <w:szCs w:val="20"/>
      </w:rPr>
      <w:instrText>PAGE   \* MERGEFORMAT</w:instrText>
    </w:r>
    <w:r w:rsidR="00AF4308" w:rsidRPr="0020461C">
      <w:rPr>
        <w:rFonts w:ascii="Garamond" w:hAnsi="Garamond"/>
        <w:sz w:val="20"/>
        <w:szCs w:val="20"/>
      </w:rPr>
      <w:fldChar w:fldCharType="separate"/>
    </w:r>
    <w:r w:rsidR="00AF4308">
      <w:rPr>
        <w:rFonts w:ascii="Garamond" w:hAnsi="Garamond"/>
      </w:rPr>
      <w:t>1</w:t>
    </w:r>
    <w:r w:rsidR="00AF4308" w:rsidRPr="0020461C">
      <w:rPr>
        <w:rFonts w:ascii="Garamond" w:hAnsi="Garamond"/>
        <w:sz w:val="20"/>
        <w:szCs w:val="20"/>
      </w:rPr>
      <w:fldChar w:fldCharType="end"/>
    </w:r>
  </w:p>
  <w:p w14:paraId="68CFCA41" w14:textId="75685AC6" w:rsidR="00AF4308" w:rsidRDefault="00AF4308" w:rsidP="00AF4308">
    <w:pPr>
      <w:pStyle w:val="Pidipagina"/>
    </w:pPr>
  </w:p>
  <w:p w14:paraId="4A4856AD" w14:textId="77777777" w:rsidR="00AF4308" w:rsidRDefault="00AF4308">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DA6433" w14:textId="77777777" w:rsidR="003F476F" w:rsidRDefault="003F476F" w:rsidP="00AF4308">
      <w:pPr>
        <w:spacing w:after="0"/>
      </w:pPr>
      <w:r>
        <w:separator/>
      </w:r>
    </w:p>
  </w:footnote>
  <w:footnote w:type="continuationSeparator" w:id="0">
    <w:p w14:paraId="65A4B350" w14:textId="77777777" w:rsidR="003F476F" w:rsidRDefault="003F476F" w:rsidP="00AF4308">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7F1E84" w14:textId="77777777" w:rsidR="00AF4308" w:rsidRDefault="00AF4308" w:rsidP="00AF4308">
    <w:pPr>
      <w:pStyle w:val="Intestazione"/>
    </w:pPr>
    <w:r>
      <w:rPr>
        <w:noProof/>
      </w:rPr>
      <w:drawing>
        <wp:anchor distT="0" distB="0" distL="0" distR="0" simplePos="0" relativeHeight="251658752" behindDoc="0" locked="0" layoutInCell="1" allowOverlap="1" wp14:anchorId="06C2A744" wp14:editId="216FBF09">
          <wp:simplePos x="0" y="0"/>
          <wp:positionH relativeFrom="column">
            <wp:posOffset>314325</wp:posOffset>
          </wp:positionH>
          <wp:positionV relativeFrom="paragraph">
            <wp:posOffset>-306705</wp:posOffset>
          </wp:positionV>
          <wp:extent cx="5502910" cy="865505"/>
          <wp:effectExtent l="0" t="0" r="2540" b="0"/>
          <wp:wrapSquare wrapText="largest"/>
          <wp:docPr id="588771885"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l="-58" t="15387" r="1857" b="1917"/>
                  <a:stretch>
                    <a:fillRect/>
                  </a:stretch>
                </pic:blipFill>
                <pic:spPr bwMode="auto">
                  <a:xfrm>
                    <a:off x="0" y="0"/>
                    <a:ext cx="5502910" cy="86550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14:paraId="34462E55" w14:textId="77777777" w:rsidR="00AF4308" w:rsidRDefault="00AF4308">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Numeroelenco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Numeroelenco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Puntoelenco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Puntoelenco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Numeroelenco"/>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Puntoelenco"/>
      <w:lvlText w:val=""/>
      <w:lvlJc w:val="left"/>
      <w:pPr>
        <w:tabs>
          <w:tab w:val="num" w:pos="360"/>
        </w:tabs>
        <w:ind w:left="360" w:hanging="360"/>
      </w:pPr>
      <w:rPr>
        <w:rFonts w:ascii="Symbol" w:hAnsi="Symbol" w:hint="default"/>
      </w:rPr>
    </w:lvl>
  </w:abstractNum>
  <w:num w:numId="1" w16cid:durableId="1863788007">
    <w:abstractNumId w:val="8"/>
  </w:num>
  <w:num w:numId="2" w16cid:durableId="39015160">
    <w:abstractNumId w:val="6"/>
  </w:num>
  <w:num w:numId="3" w16cid:durableId="1726366976">
    <w:abstractNumId w:val="5"/>
  </w:num>
  <w:num w:numId="4" w16cid:durableId="1305772026">
    <w:abstractNumId w:val="4"/>
  </w:num>
  <w:num w:numId="5" w16cid:durableId="819468393">
    <w:abstractNumId w:val="7"/>
  </w:num>
  <w:num w:numId="6" w16cid:durableId="1631474852">
    <w:abstractNumId w:val="3"/>
  </w:num>
  <w:num w:numId="7" w16cid:durableId="395053528">
    <w:abstractNumId w:val="2"/>
  </w:num>
  <w:num w:numId="8" w16cid:durableId="1221133162">
    <w:abstractNumId w:val="1"/>
  </w:num>
  <w:num w:numId="9" w16cid:durableId="5589061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hyphenationZone w:val="283"/>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2E649D"/>
    <w:rsid w:val="002F26AF"/>
    <w:rsid w:val="00302AC8"/>
    <w:rsid w:val="00326F90"/>
    <w:rsid w:val="003F476F"/>
    <w:rsid w:val="009B1111"/>
    <w:rsid w:val="00AA1D8D"/>
    <w:rsid w:val="00AF4308"/>
    <w:rsid w:val="00B47730"/>
    <w:rsid w:val="00C61E04"/>
    <w:rsid w:val="00CB0664"/>
    <w:rsid w:val="00D30992"/>
    <w:rsid w:val="00EC6111"/>
    <w:rsid w:val="00ED285E"/>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CAA8D04"/>
  <w14:defaultImageDpi w14:val="300"/>
  <w15:docId w15:val="{CAD01364-915A-4B95-91C4-1C98D1C06F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FC693F"/>
    <w:pPr>
      <w:spacing w:after="80" w:line="240" w:lineRule="auto"/>
    </w:pPr>
    <w:rPr>
      <w:rFonts w:ascii="Times New Roman" w:eastAsia="Times New Roman" w:hAnsi="Times New Roman"/>
    </w:rPr>
  </w:style>
  <w:style w:type="paragraph" w:styleId="Titolo1">
    <w:name w:val="heading 1"/>
    <w:basedOn w:val="Normale"/>
    <w:next w:val="Normale"/>
    <w:link w:val="Titolo1Carattere"/>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olo2">
    <w:name w:val="heading 2"/>
    <w:basedOn w:val="Normale"/>
    <w:next w:val="Normale"/>
    <w:link w:val="Titolo2Carattere"/>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olo3">
    <w:name w:val="heading 3"/>
    <w:basedOn w:val="Normale"/>
    <w:next w:val="Normale"/>
    <w:link w:val="Titolo3Carattere"/>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Titolo4">
    <w:name w:val="heading 4"/>
    <w:basedOn w:val="Normale"/>
    <w:next w:val="Normale"/>
    <w:link w:val="Titolo4Carattere"/>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Titolo5">
    <w:name w:val="heading 5"/>
    <w:basedOn w:val="Normale"/>
    <w:next w:val="Normale"/>
    <w:link w:val="Titolo5Carattere"/>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Titolo6">
    <w:name w:val="heading 6"/>
    <w:basedOn w:val="Normale"/>
    <w:next w:val="Normale"/>
    <w:link w:val="Titolo6Carattere"/>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itolo7">
    <w:name w:val="heading 7"/>
    <w:basedOn w:val="Normale"/>
    <w:next w:val="Normale"/>
    <w:link w:val="Titolo7Carattere"/>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itolo8">
    <w:name w:val="heading 8"/>
    <w:basedOn w:val="Normale"/>
    <w:next w:val="Normale"/>
    <w:link w:val="Titolo8Carattere"/>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Titolo9">
    <w:name w:val="heading 9"/>
    <w:basedOn w:val="Normale"/>
    <w:next w:val="Normale"/>
    <w:link w:val="Titolo9Carattere"/>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nhideWhenUsed/>
    <w:rsid w:val="00E618BF"/>
    <w:pPr>
      <w:tabs>
        <w:tab w:val="center" w:pos="4680"/>
        <w:tab w:val="right" w:pos="9360"/>
      </w:tabs>
      <w:spacing w:after="0"/>
    </w:pPr>
  </w:style>
  <w:style w:type="character" w:customStyle="1" w:styleId="IntestazioneCarattere">
    <w:name w:val="Intestazione Carattere"/>
    <w:basedOn w:val="Carpredefinitoparagrafo"/>
    <w:link w:val="Intestazione"/>
    <w:uiPriority w:val="99"/>
    <w:rsid w:val="00E618BF"/>
  </w:style>
  <w:style w:type="paragraph" w:styleId="Pidipagina">
    <w:name w:val="footer"/>
    <w:basedOn w:val="Normale"/>
    <w:link w:val="PidipaginaCarattere"/>
    <w:uiPriority w:val="99"/>
    <w:unhideWhenUsed/>
    <w:rsid w:val="00E618BF"/>
    <w:pPr>
      <w:tabs>
        <w:tab w:val="center" w:pos="4680"/>
        <w:tab w:val="right" w:pos="9360"/>
      </w:tabs>
      <w:spacing w:after="0"/>
    </w:pPr>
  </w:style>
  <w:style w:type="character" w:customStyle="1" w:styleId="PidipaginaCarattere">
    <w:name w:val="Piè di pagina Carattere"/>
    <w:basedOn w:val="Carpredefinitoparagrafo"/>
    <w:link w:val="Pidipagina"/>
    <w:uiPriority w:val="99"/>
    <w:rsid w:val="00E618BF"/>
  </w:style>
  <w:style w:type="paragraph" w:styleId="Nessunaspaziatura">
    <w:name w:val="No Spacing"/>
    <w:uiPriority w:val="1"/>
    <w:qFormat/>
    <w:rsid w:val="00FC693F"/>
    <w:pPr>
      <w:spacing w:after="0" w:line="240" w:lineRule="auto"/>
    </w:pPr>
  </w:style>
  <w:style w:type="character" w:customStyle="1" w:styleId="Titolo1Carattere">
    <w:name w:val="Titolo 1 Carattere"/>
    <w:basedOn w:val="Carpredefinitoparagrafo"/>
    <w:link w:val="Titolo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itolo2Carattere">
    <w:name w:val="Titolo 2 Carattere"/>
    <w:basedOn w:val="Carpredefinitoparagrafo"/>
    <w:link w:val="Titolo2"/>
    <w:uiPriority w:val="9"/>
    <w:rsid w:val="00FC693F"/>
    <w:rPr>
      <w:rFonts w:asciiTheme="majorHAnsi" w:eastAsiaTheme="majorEastAsia" w:hAnsiTheme="majorHAnsi" w:cstheme="majorBidi"/>
      <w:b/>
      <w:bCs/>
      <w:color w:val="4F81BD" w:themeColor="accent1"/>
      <w:sz w:val="26"/>
      <w:szCs w:val="26"/>
    </w:rPr>
  </w:style>
  <w:style w:type="character" w:customStyle="1" w:styleId="Titolo3Carattere">
    <w:name w:val="Titolo 3 Carattere"/>
    <w:basedOn w:val="Carpredefinitoparagrafo"/>
    <w:link w:val="Titolo3"/>
    <w:uiPriority w:val="9"/>
    <w:rsid w:val="00FC693F"/>
    <w:rPr>
      <w:rFonts w:asciiTheme="majorHAnsi" w:eastAsiaTheme="majorEastAsia" w:hAnsiTheme="majorHAnsi" w:cstheme="majorBidi"/>
      <w:b/>
      <w:bCs/>
      <w:color w:val="4F81BD" w:themeColor="accent1"/>
    </w:rPr>
  </w:style>
  <w:style w:type="paragraph" w:styleId="Titolo">
    <w:name w:val="Title"/>
    <w:basedOn w:val="Normale"/>
    <w:next w:val="Normale"/>
    <w:link w:val="TitoloCarattere"/>
    <w:uiPriority w:val="10"/>
    <w:qFormat/>
    <w:rsid w:val="00FC693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oloCarattere">
    <w:name w:val="Titolo Carattere"/>
    <w:basedOn w:val="Carpredefinitoparagrafo"/>
    <w:link w:val="Titolo"/>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ottotitolo">
    <w:name w:val="Subtitle"/>
    <w:basedOn w:val="Normale"/>
    <w:next w:val="Normale"/>
    <w:link w:val="SottotitoloCarattere"/>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ottotitoloCarattere">
    <w:name w:val="Sottotitolo Carattere"/>
    <w:basedOn w:val="Carpredefinitoparagrafo"/>
    <w:link w:val="Sottotitolo"/>
    <w:uiPriority w:val="11"/>
    <w:rsid w:val="00FC693F"/>
    <w:rPr>
      <w:rFonts w:asciiTheme="majorHAnsi" w:eastAsiaTheme="majorEastAsia" w:hAnsiTheme="majorHAnsi" w:cstheme="majorBidi"/>
      <w:i/>
      <w:iCs/>
      <w:color w:val="4F81BD" w:themeColor="accent1"/>
      <w:spacing w:val="15"/>
      <w:sz w:val="24"/>
      <w:szCs w:val="24"/>
    </w:rPr>
  </w:style>
  <w:style w:type="paragraph" w:styleId="Paragrafoelenco">
    <w:name w:val="List Paragraph"/>
    <w:basedOn w:val="Normale"/>
    <w:uiPriority w:val="34"/>
    <w:qFormat/>
    <w:rsid w:val="00FC693F"/>
    <w:pPr>
      <w:ind w:left="720"/>
      <w:contextualSpacing/>
    </w:pPr>
  </w:style>
  <w:style w:type="paragraph" w:styleId="Corpotesto">
    <w:name w:val="Body Text"/>
    <w:basedOn w:val="Normale"/>
    <w:link w:val="CorpotestoCarattere"/>
    <w:uiPriority w:val="99"/>
    <w:unhideWhenUsed/>
    <w:rsid w:val="00AA1D8D"/>
    <w:pPr>
      <w:spacing w:after="120"/>
    </w:pPr>
  </w:style>
  <w:style w:type="character" w:customStyle="1" w:styleId="CorpotestoCarattere">
    <w:name w:val="Corpo testo Carattere"/>
    <w:basedOn w:val="Carpredefinitoparagrafo"/>
    <w:link w:val="Corpotesto"/>
    <w:uiPriority w:val="99"/>
    <w:rsid w:val="00AA1D8D"/>
  </w:style>
  <w:style w:type="paragraph" w:styleId="Corpodeltesto2">
    <w:name w:val="Body Text 2"/>
    <w:basedOn w:val="Normale"/>
    <w:link w:val="Corpodeltesto2Carattere"/>
    <w:uiPriority w:val="99"/>
    <w:unhideWhenUsed/>
    <w:rsid w:val="00AA1D8D"/>
    <w:pPr>
      <w:spacing w:after="120" w:line="480" w:lineRule="auto"/>
    </w:pPr>
  </w:style>
  <w:style w:type="character" w:customStyle="1" w:styleId="Corpodeltesto2Carattere">
    <w:name w:val="Corpo del testo 2 Carattere"/>
    <w:basedOn w:val="Carpredefinitoparagrafo"/>
    <w:link w:val="Corpodeltesto2"/>
    <w:uiPriority w:val="99"/>
    <w:rsid w:val="00AA1D8D"/>
  </w:style>
  <w:style w:type="paragraph" w:styleId="Corpodeltesto3">
    <w:name w:val="Body Text 3"/>
    <w:basedOn w:val="Normale"/>
    <w:link w:val="Corpodeltesto3Carattere"/>
    <w:uiPriority w:val="99"/>
    <w:unhideWhenUsed/>
    <w:rsid w:val="00AA1D8D"/>
    <w:pPr>
      <w:spacing w:after="120"/>
    </w:pPr>
    <w:rPr>
      <w:sz w:val="16"/>
      <w:szCs w:val="16"/>
    </w:rPr>
  </w:style>
  <w:style w:type="character" w:customStyle="1" w:styleId="Corpodeltesto3Carattere">
    <w:name w:val="Corpo del testo 3 Carattere"/>
    <w:basedOn w:val="Carpredefinitoparagrafo"/>
    <w:link w:val="Corpodeltesto3"/>
    <w:uiPriority w:val="99"/>
    <w:rsid w:val="00AA1D8D"/>
    <w:rPr>
      <w:sz w:val="16"/>
      <w:szCs w:val="16"/>
    </w:rPr>
  </w:style>
  <w:style w:type="paragraph" w:styleId="Elenco">
    <w:name w:val="List"/>
    <w:basedOn w:val="Normale"/>
    <w:uiPriority w:val="99"/>
    <w:unhideWhenUsed/>
    <w:rsid w:val="00AA1D8D"/>
    <w:pPr>
      <w:ind w:left="360" w:hanging="360"/>
      <w:contextualSpacing/>
    </w:pPr>
  </w:style>
  <w:style w:type="paragraph" w:styleId="Elenco2">
    <w:name w:val="List 2"/>
    <w:basedOn w:val="Normale"/>
    <w:uiPriority w:val="99"/>
    <w:unhideWhenUsed/>
    <w:rsid w:val="00326F90"/>
    <w:pPr>
      <w:ind w:left="720" w:hanging="360"/>
      <w:contextualSpacing/>
    </w:pPr>
  </w:style>
  <w:style w:type="paragraph" w:styleId="Elenco3">
    <w:name w:val="List 3"/>
    <w:basedOn w:val="Normale"/>
    <w:uiPriority w:val="99"/>
    <w:unhideWhenUsed/>
    <w:rsid w:val="00326F90"/>
    <w:pPr>
      <w:ind w:left="1080" w:hanging="360"/>
      <w:contextualSpacing/>
    </w:pPr>
  </w:style>
  <w:style w:type="paragraph" w:styleId="Puntoelenco">
    <w:name w:val="List Bullet"/>
    <w:basedOn w:val="Normale"/>
    <w:uiPriority w:val="99"/>
    <w:unhideWhenUsed/>
    <w:rsid w:val="00326F90"/>
    <w:pPr>
      <w:numPr>
        <w:numId w:val="1"/>
      </w:numPr>
      <w:contextualSpacing/>
    </w:pPr>
  </w:style>
  <w:style w:type="paragraph" w:styleId="Puntoelenco2">
    <w:name w:val="List Bullet 2"/>
    <w:basedOn w:val="Normale"/>
    <w:uiPriority w:val="99"/>
    <w:unhideWhenUsed/>
    <w:rsid w:val="00326F90"/>
    <w:pPr>
      <w:numPr>
        <w:numId w:val="2"/>
      </w:numPr>
      <w:contextualSpacing/>
    </w:pPr>
  </w:style>
  <w:style w:type="paragraph" w:styleId="Puntoelenco3">
    <w:name w:val="List Bullet 3"/>
    <w:basedOn w:val="Normale"/>
    <w:uiPriority w:val="99"/>
    <w:unhideWhenUsed/>
    <w:rsid w:val="00326F90"/>
    <w:pPr>
      <w:numPr>
        <w:numId w:val="3"/>
      </w:numPr>
      <w:contextualSpacing/>
    </w:pPr>
  </w:style>
  <w:style w:type="paragraph" w:styleId="Numeroelenco">
    <w:name w:val="List Number"/>
    <w:basedOn w:val="Normale"/>
    <w:uiPriority w:val="99"/>
    <w:unhideWhenUsed/>
    <w:rsid w:val="00326F90"/>
    <w:pPr>
      <w:numPr>
        <w:numId w:val="5"/>
      </w:numPr>
      <w:contextualSpacing/>
    </w:pPr>
  </w:style>
  <w:style w:type="paragraph" w:styleId="Numeroelenco2">
    <w:name w:val="List Number 2"/>
    <w:basedOn w:val="Normale"/>
    <w:uiPriority w:val="99"/>
    <w:unhideWhenUsed/>
    <w:rsid w:val="0029639D"/>
    <w:pPr>
      <w:numPr>
        <w:numId w:val="6"/>
      </w:numPr>
      <w:contextualSpacing/>
    </w:pPr>
  </w:style>
  <w:style w:type="paragraph" w:styleId="Numeroelenco3">
    <w:name w:val="List Number 3"/>
    <w:basedOn w:val="Normale"/>
    <w:uiPriority w:val="99"/>
    <w:unhideWhenUsed/>
    <w:rsid w:val="0029639D"/>
    <w:pPr>
      <w:numPr>
        <w:numId w:val="7"/>
      </w:numPr>
      <w:contextualSpacing/>
    </w:pPr>
  </w:style>
  <w:style w:type="paragraph" w:styleId="Elencocontinua">
    <w:name w:val="List Continue"/>
    <w:basedOn w:val="Normale"/>
    <w:uiPriority w:val="99"/>
    <w:unhideWhenUsed/>
    <w:rsid w:val="0029639D"/>
    <w:pPr>
      <w:spacing w:after="120"/>
      <w:ind w:left="360"/>
      <w:contextualSpacing/>
    </w:pPr>
  </w:style>
  <w:style w:type="paragraph" w:styleId="Elencocontinua2">
    <w:name w:val="List Continue 2"/>
    <w:basedOn w:val="Normale"/>
    <w:uiPriority w:val="99"/>
    <w:unhideWhenUsed/>
    <w:rsid w:val="0029639D"/>
    <w:pPr>
      <w:spacing w:after="120"/>
      <w:ind w:left="720"/>
      <w:contextualSpacing/>
    </w:pPr>
  </w:style>
  <w:style w:type="paragraph" w:styleId="Elencocontinua3">
    <w:name w:val="List Continue 3"/>
    <w:basedOn w:val="Normale"/>
    <w:uiPriority w:val="99"/>
    <w:unhideWhenUsed/>
    <w:rsid w:val="0029639D"/>
    <w:pPr>
      <w:spacing w:after="120"/>
      <w:ind w:left="1080"/>
      <w:contextualSpacing/>
    </w:pPr>
  </w:style>
  <w:style w:type="paragraph" w:styleId="Testomacro">
    <w:name w:val="macro"/>
    <w:link w:val="TestomacroCarattere"/>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stomacroCarattere">
    <w:name w:val="Testo macro Carattere"/>
    <w:basedOn w:val="Carpredefinitoparagrafo"/>
    <w:link w:val="Testomacro"/>
    <w:uiPriority w:val="99"/>
    <w:rsid w:val="0029639D"/>
    <w:rPr>
      <w:rFonts w:ascii="Courier" w:hAnsi="Courier"/>
      <w:sz w:val="20"/>
      <w:szCs w:val="20"/>
    </w:rPr>
  </w:style>
  <w:style w:type="paragraph" w:styleId="Citazione">
    <w:name w:val="Quote"/>
    <w:basedOn w:val="Normale"/>
    <w:next w:val="Normale"/>
    <w:link w:val="CitazioneCarattere"/>
    <w:uiPriority w:val="29"/>
    <w:qFormat/>
    <w:rsid w:val="00FC693F"/>
    <w:rPr>
      <w:i/>
      <w:iCs/>
      <w:color w:val="000000" w:themeColor="text1"/>
    </w:rPr>
  </w:style>
  <w:style w:type="character" w:customStyle="1" w:styleId="CitazioneCarattere">
    <w:name w:val="Citazione Carattere"/>
    <w:basedOn w:val="Carpredefinitoparagrafo"/>
    <w:link w:val="Citazione"/>
    <w:uiPriority w:val="29"/>
    <w:rsid w:val="00FC693F"/>
    <w:rPr>
      <w:i/>
      <w:iCs/>
      <w:color w:val="000000" w:themeColor="text1"/>
    </w:rPr>
  </w:style>
  <w:style w:type="character" w:customStyle="1" w:styleId="Titolo4Carattere">
    <w:name w:val="Titolo 4 Carattere"/>
    <w:basedOn w:val="Carpredefinitoparagrafo"/>
    <w:link w:val="Titolo4"/>
    <w:uiPriority w:val="9"/>
    <w:semiHidden/>
    <w:rsid w:val="00FC693F"/>
    <w:rPr>
      <w:rFonts w:asciiTheme="majorHAnsi" w:eastAsiaTheme="majorEastAsia" w:hAnsiTheme="majorHAnsi" w:cstheme="majorBidi"/>
      <w:b/>
      <w:bCs/>
      <w:i/>
      <w:iCs/>
      <w:color w:val="4F81BD" w:themeColor="accent1"/>
    </w:rPr>
  </w:style>
  <w:style w:type="character" w:customStyle="1" w:styleId="Titolo5Carattere">
    <w:name w:val="Titolo 5 Carattere"/>
    <w:basedOn w:val="Carpredefinitoparagrafo"/>
    <w:link w:val="Titolo5"/>
    <w:uiPriority w:val="9"/>
    <w:semiHidden/>
    <w:rsid w:val="00FC693F"/>
    <w:rPr>
      <w:rFonts w:asciiTheme="majorHAnsi" w:eastAsiaTheme="majorEastAsia" w:hAnsiTheme="majorHAnsi" w:cstheme="majorBidi"/>
      <w:color w:val="243F60" w:themeColor="accent1" w:themeShade="7F"/>
    </w:rPr>
  </w:style>
  <w:style w:type="character" w:customStyle="1" w:styleId="Titolo6Carattere">
    <w:name w:val="Titolo 6 Carattere"/>
    <w:basedOn w:val="Carpredefinitoparagrafo"/>
    <w:link w:val="Titolo6"/>
    <w:uiPriority w:val="9"/>
    <w:semiHidden/>
    <w:rsid w:val="00FC693F"/>
    <w:rPr>
      <w:rFonts w:asciiTheme="majorHAnsi" w:eastAsiaTheme="majorEastAsia" w:hAnsiTheme="majorHAnsi" w:cstheme="majorBidi"/>
      <w:i/>
      <w:iCs/>
      <w:color w:val="243F60" w:themeColor="accent1" w:themeShade="7F"/>
    </w:rPr>
  </w:style>
  <w:style w:type="character" w:customStyle="1" w:styleId="Titolo7Carattere">
    <w:name w:val="Titolo 7 Carattere"/>
    <w:basedOn w:val="Carpredefinitoparagrafo"/>
    <w:link w:val="Titolo7"/>
    <w:uiPriority w:val="9"/>
    <w:semiHidden/>
    <w:rsid w:val="00FC693F"/>
    <w:rPr>
      <w:rFonts w:asciiTheme="majorHAnsi" w:eastAsiaTheme="majorEastAsia" w:hAnsiTheme="majorHAnsi" w:cstheme="majorBidi"/>
      <w:i/>
      <w:iCs/>
      <w:color w:val="404040" w:themeColor="text1" w:themeTint="BF"/>
    </w:rPr>
  </w:style>
  <w:style w:type="character" w:customStyle="1" w:styleId="Titolo8Carattere">
    <w:name w:val="Titolo 8 Carattere"/>
    <w:basedOn w:val="Carpredefinitoparagrafo"/>
    <w:link w:val="Titolo8"/>
    <w:uiPriority w:val="9"/>
    <w:semiHidden/>
    <w:rsid w:val="00FC693F"/>
    <w:rPr>
      <w:rFonts w:asciiTheme="majorHAnsi" w:eastAsiaTheme="majorEastAsia" w:hAnsiTheme="majorHAnsi" w:cstheme="majorBidi"/>
      <w:color w:val="4F81BD" w:themeColor="accent1"/>
      <w:sz w:val="20"/>
      <w:szCs w:val="20"/>
    </w:rPr>
  </w:style>
  <w:style w:type="character" w:customStyle="1" w:styleId="Titolo9Carattere">
    <w:name w:val="Titolo 9 Carattere"/>
    <w:basedOn w:val="Carpredefinitoparagrafo"/>
    <w:link w:val="Titolo9"/>
    <w:uiPriority w:val="9"/>
    <w:semiHidden/>
    <w:rsid w:val="00FC693F"/>
    <w:rPr>
      <w:rFonts w:asciiTheme="majorHAnsi" w:eastAsiaTheme="majorEastAsia" w:hAnsiTheme="majorHAnsi" w:cstheme="majorBidi"/>
      <w:i/>
      <w:iCs/>
      <w:color w:val="404040" w:themeColor="text1" w:themeTint="BF"/>
      <w:sz w:val="20"/>
      <w:szCs w:val="20"/>
    </w:rPr>
  </w:style>
  <w:style w:type="paragraph" w:styleId="Didascalia">
    <w:name w:val="caption"/>
    <w:basedOn w:val="Normale"/>
    <w:next w:val="Normale"/>
    <w:uiPriority w:val="35"/>
    <w:semiHidden/>
    <w:unhideWhenUsed/>
    <w:qFormat/>
    <w:rsid w:val="00FC693F"/>
    <w:rPr>
      <w:b/>
      <w:bCs/>
      <w:color w:val="4F81BD" w:themeColor="accent1"/>
      <w:sz w:val="18"/>
      <w:szCs w:val="18"/>
    </w:rPr>
  </w:style>
  <w:style w:type="character" w:styleId="Enfasigrassetto">
    <w:name w:val="Strong"/>
    <w:basedOn w:val="Carpredefinitoparagrafo"/>
    <w:uiPriority w:val="22"/>
    <w:qFormat/>
    <w:rsid w:val="00FC693F"/>
    <w:rPr>
      <w:b/>
      <w:bCs/>
    </w:rPr>
  </w:style>
  <w:style w:type="character" w:styleId="Enfasicorsivo">
    <w:name w:val="Emphasis"/>
    <w:basedOn w:val="Carpredefinitoparagrafo"/>
    <w:uiPriority w:val="20"/>
    <w:qFormat/>
    <w:rsid w:val="00FC693F"/>
    <w:rPr>
      <w:i/>
      <w:iCs/>
    </w:rPr>
  </w:style>
  <w:style w:type="paragraph" w:styleId="Citazioneintensa">
    <w:name w:val="Intense Quote"/>
    <w:basedOn w:val="Normale"/>
    <w:next w:val="Normale"/>
    <w:link w:val="CitazioneintensaCarattere"/>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zioneintensaCarattere">
    <w:name w:val="Citazione intensa Carattere"/>
    <w:basedOn w:val="Carpredefinitoparagrafo"/>
    <w:link w:val="Citazioneintensa"/>
    <w:uiPriority w:val="30"/>
    <w:rsid w:val="00FC693F"/>
    <w:rPr>
      <w:b/>
      <w:bCs/>
      <w:i/>
      <w:iCs/>
      <w:color w:val="4F81BD" w:themeColor="accent1"/>
    </w:rPr>
  </w:style>
  <w:style w:type="character" w:styleId="Enfasidelicata">
    <w:name w:val="Subtle Emphasis"/>
    <w:basedOn w:val="Carpredefinitoparagrafo"/>
    <w:uiPriority w:val="19"/>
    <w:qFormat/>
    <w:rsid w:val="00FC693F"/>
    <w:rPr>
      <w:i/>
      <w:iCs/>
      <w:color w:val="808080" w:themeColor="text1" w:themeTint="7F"/>
    </w:rPr>
  </w:style>
  <w:style w:type="character" w:styleId="Enfasiintensa">
    <w:name w:val="Intense Emphasis"/>
    <w:basedOn w:val="Carpredefinitoparagrafo"/>
    <w:uiPriority w:val="21"/>
    <w:qFormat/>
    <w:rsid w:val="00FC693F"/>
    <w:rPr>
      <w:b/>
      <w:bCs/>
      <w:i/>
      <w:iCs/>
      <w:color w:val="4F81BD" w:themeColor="accent1"/>
    </w:rPr>
  </w:style>
  <w:style w:type="character" w:styleId="Riferimentodelicato">
    <w:name w:val="Subtle Reference"/>
    <w:basedOn w:val="Carpredefinitoparagrafo"/>
    <w:uiPriority w:val="31"/>
    <w:qFormat/>
    <w:rsid w:val="00FC693F"/>
    <w:rPr>
      <w:smallCaps/>
      <w:color w:val="C0504D" w:themeColor="accent2"/>
      <w:u w:val="single"/>
    </w:rPr>
  </w:style>
  <w:style w:type="character" w:styleId="Riferimentointenso">
    <w:name w:val="Intense Reference"/>
    <w:basedOn w:val="Carpredefinitoparagrafo"/>
    <w:uiPriority w:val="32"/>
    <w:qFormat/>
    <w:rsid w:val="00FC693F"/>
    <w:rPr>
      <w:b/>
      <w:bCs/>
      <w:smallCaps/>
      <w:color w:val="C0504D" w:themeColor="accent2"/>
      <w:spacing w:val="5"/>
      <w:u w:val="single"/>
    </w:rPr>
  </w:style>
  <w:style w:type="character" w:styleId="Titolodellibro">
    <w:name w:val="Book Title"/>
    <w:basedOn w:val="Carpredefinitoparagrafo"/>
    <w:uiPriority w:val="33"/>
    <w:qFormat/>
    <w:rsid w:val="00FC693F"/>
    <w:rPr>
      <w:b/>
      <w:bCs/>
      <w:smallCaps/>
      <w:spacing w:val="5"/>
    </w:rPr>
  </w:style>
  <w:style w:type="paragraph" w:styleId="Titolosommario">
    <w:name w:val="TOC Heading"/>
    <w:basedOn w:val="Titolo1"/>
    <w:next w:val="Normale"/>
    <w:uiPriority w:val="39"/>
    <w:semiHidden/>
    <w:unhideWhenUsed/>
    <w:qFormat/>
    <w:rsid w:val="00FC693F"/>
    <w:pPr>
      <w:outlineLvl w:val="9"/>
    </w:pPr>
  </w:style>
  <w:style w:type="table" w:styleId="Grigliatabella">
    <w:name w:val="Table Grid"/>
    <w:basedOn w:val="Tabellanormale"/>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fondochiaro">
    <w:name w:val="Light Shading"/>
    <w:basedOn w:val="Tabellanormale"/>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fondochiaro-Colore1">
    <w:name w:val="Light Shading Accent 1"/>
    <w:basedOn w:val="Tabellanormale"/>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fondochiaro-Colore2">
    <w:name w:val="Light Shading Accent 2"/>
    <w:basedOn w:val="Tabellanormale"/>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fondochiaro-Colore3">
    <w:name w:val="Light Shading Accent 3"/>
    <w:basedOn w:val="Tabellanormale"/>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fondochiaro-Colore4">
    <w:name w:val="Light Shading Accent 4"/>
    <w:basedOn w:val="Tabellanormale"/>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fondochiaro-Colore5">
    <w:name w:val="Light Shading Accent 5"/>
    <w:basedOn w:val="Tabellanormale"/>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fondochiaro-Colore6">
    <w:name w:val="Light Shading Accent 6"/>
    <w:basedOn w:val="Tabellanormale"/>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Elencochiaro">
    <w:name w:val="Light List"/>
    <w:basedOn w:val="Tabellanormale"/>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Elencochiaro-Colore1">
    <w:name w:val="Light List Accent 1"/>
    <w:basedOn w:val="Tabellanormale"/>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Elencochiaro-Colore2">
    <w:name w:val="Light List Accent 2"/>
    <w:basedOn w:val="Tabellanormale"/>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Elencochiaro-Colore3">
    <w:name w:val="Light List Accent 3"/>
    <w:basedOn w:val="Tabellanormale"/>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Elencochiaro-Colore4">
    <w:name w:val="Light List Accent 4"/>
    <w:basedOn w:val="Tabellanormale"/>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Elencochiaro-Colore5">
    <w:name w:val="Light List Accent 5"/>
    <w:basedOn w:val="Tabellanormale"/>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Elencochiaro-Colore6">
    <w:name w:val="Light List Accent 6"/>
    <w:basedOn w:val="Tabellanormale"/>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Grigliachiara">
    <w:name w:val="Light Grid"/>
    <w:basedOn w:val="Tabellanormale"/>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Grigliachiara-Colore1">
    <w:name w:val="Light Grid Accent 1"/>
    <w:basedOn w:val="Tabellanormale"/>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Grigliachiara-Colore2">
    <w:name w:val="Light Grid Accent 2"/>
    <w:basedOn w:val="Tabellanormale"/>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Grigliachiara-Colore3">
    <w:name w:val="Light Grid Accent 3"/>
    <w:basedOn w:val="Tabellanormale"/>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Grigliachiara-Colore4">
    <w:name w:val="Light Grid Accent 4"/>
    <w:basedOn w:val="Tabellanormale"/>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Grigliachiara-Colore5">
    <w:name w:val="Light Grid Accent 5"/>
    <w:basedOn w:val="Tabellanormale"/>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Grigliachiara-Colore6">
    <w:name w:val="Light Grid Accent 6"/>
    <w:basedOn w:val="Tabellanormale"/>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Sfondomedio1">
    <w:name w:val="Medium Shading 1"/>
    <w:basedOn w:val="Tabellanormale"/>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fondomedio1-Colore1">
    <w:name w:val="Medium Shading 1 Accent 1"/>
    <w:basedOn w:val="Tabellanormale"/>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Sfondomedio1-Colore2">
    <w:name w:val="Medium Shading 1 Accent 2"/>
    <w:basedOn w:val="Tabellanormale"/>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Sfondomedio1-Colore3">
    <w:name w:val="Medium Shading 1 Accent 3"/>
    <w:basedOn w:val="Tabellanormale"/>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Sfondomedio1-Colore4">
    <w:name w:val="Medium Shading 1 Accent 4"/>
    <w:basedOn w:val="Tabellanormale"/>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fondomedio1-Colore5">
    <w:name w:val="Medium Shading 1 Accent 5"/>
    <w:basedOn w:val="Tabellanormale"/>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Sfondomedio1-Colore6">
    <w:name w:val="Medium Shading 1 Accent 6"/>
    <w:basedOn w:val="Tabellanormale"/>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Sfondomedio2">
    <w:name w:val="Medium Shading 2"/>
    <w:basedOn w:val="Tabellanorma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2-Colore1">
    <w:name w:val="Medium Shading 2 Accent 1"/>
    <w:basedOn w:val="Tabellanorma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2-Colore2">
    <w:name w:val="Medium Shading 2 Accent 2"/>
    <w:basedOn w:val="Tabellanorma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2-Colore3">
    <w:name w:val="Medium Shading 2 Accent 3"/>
    <w:basedOn w:val="Tabellanorma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2-Colore4">
    <w:name w:val="Medium Shading 2 Accent 4"/>
    <w:basedOn w:val="Tabellanorma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2-Colore5">
    <w:name w:val="Medium Shading 2 Accent 5"/>
    <w:basedOn w:val="Tabellanorma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2-Colore6">
    <w:name w:val="Medium Shading 2 Accent 6"/>
    <w:basedOn w:val="Tabellanorma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Elencomedio1">
    <w:name w:val="Medium List 1"/>
    <w:basedOn w:val="Tabellanormale"/>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Elencomedio1-Colore1">
    <w:name w:val="Medium List 1 Accent 1"/>
    <w:basedOn w:val="Tabellanormale"/>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Elencomedio1-Colore2">
    <w:name w:val="Medium List 1 Accent 2"/>
    <w:basedOn w:val="Tabellanormale"/>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Elencomedio1-Colore3">
    <w:name w:val="Medium List 1 Accent 3"/>
    <w:basedOn w:val="Tabellanormale"/>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Elencomedio1-Colore4">
    <w:name w:val="Medium List 1 Accent 4"/>
    <w:basedOn w:val="Tabellanormale"/>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Elencomedio1-Colore5">
    <w:name w:val="Medium List 1 Accent 5"/>
    <w:basedOn w:val="Tabellanormale"/>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Elencomedio1-Colore6">
    <w:name w:val="Medium List 1 Accent 6"/>
    <w:basedOn w:val="Tabellanormale"/>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Elencomedio2">
    <w:name w:val="Medium List 2"/>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1">
    <w:name w:val="Medium List 2 Accent 1"/>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2">
    <w:name w:val="Medium List 2 Accent 2"/>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3">
    <w:name w:val="Medium List 2 Accent 3"/>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4">
    <w:name w:val="Medium List 2 Accent 4"/>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5">
    <w:name w:val="Medium List 2 Accent 5"/>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6">
    <w:name w:val="Medium List 2 Accent 6"/>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rigliamedia1">
    <w:name w:val="Medium Grid 1"/>
    <w:basedOn w:val="Tabellanormale"/>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gliamedia1-Colore1">
    <w:name w:val="Medium Grid 1 Accent 1"/>
    <w:basedOn w:val="Tabellanormale"/>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gliamedia1-Colore2">
    <w:name w:val="Medium Grid 1 Accent 2"/>
    <w:basedOn w:val="Tabellanormale"/>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gliamedia1-Colore3">
    <w:name w:val="Medium Grid 1 Accent 3"/>
    <w:basedOn w:val="Tabellanormale"/>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gliamedia1-Colore4">
    <w:name w:val="Medium Grid 1 Accent 4"/>
    <w:basedOn w:val="Tabellanormale"/>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gliamedia1-Colore5">
    <w:name w:val="Medium Grid 1 Accent 5"/>
    <w:basedOn w:val="Tabellanormale"/>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gliamedia1-Colore6">
    <w:name w:val="Medium Grid 1 Accent 6"/>
    <w:basedOn w:val="Tabellanormale"/>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rigliamedia2">
    <w:name w:val="Medium Grid 2"/>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rigliamedia2-Colore1">
    <w:name w:val="Medium Grid 2 Accent 1"/>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rigliamedia2-Colore2">
    <w:name w:val="Medium Grid 2 Accent 2"/>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rigliamedia2-Colore3">
    <w:name w:val="Medium Grid 2 Accent 3"/>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rigliamedia2-Colore4">
    <w:name w:val="Medium Grid 2 Accent 4"/>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rigliamedia2-Colore5">
    <w:name w:val="Medium Grid 2 Accent 5"/>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rigliamedia2-Colore6">
    <w:name w:val="Medium Grid 2 Accent 6"/>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rigliamedia3">
    <w:name w:val="Medium Grid 3"/>
    <w:basedOn w:val="Tabellanorma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rigliamedia3-Colore1">
    <w:name w:val="Medium Grid 3 Accent 1"/>
    <w:basedOn w:val="Tabellanorma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rigliamedia3-Colore2">
    <w:name w:val="Medium Grid 3 Accent 2"/>
    <w:basedOn w:val="Tabellanorma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rigliamedia3-Colore3">
    <w:name w:val="Medium Grid 3 Accent 3"/>
    <w:basedOn w:val="Tabellanorma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rigliamedia3-Colore4">
    <w:name w:val="Medium Grid 3 Accent 4"/>
    <w:basedOn w:val="Tabellanorma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rigliamedia3-Colore5">
    <w:name w:val="Medium Grid 3 Accent 5"/>
    <w:basedOn w:val="Tabellanorma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rigliamedia3-Colore6">
    <w:name w:val="Medium Grid 3 Accent 6"/>
    <w:basedOn w:val="Tabellanorma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Elencoscuro">
    <w:name w:val="Dark List"/>
    <w:basedOn w:val="Tabellanormale"/>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Elencoscuro-Colore1">
    <w:name w:val="Dark List Accent 1"/>
    <w:basedOn w:val="Tabellanormale"/>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Elencoscuro-Colore2">
    <w:name w:val="Dark List Accent 2"/>
    <w:basedOn w:val="Tabellanormale"/>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Elencoscuro-Colore3">
    <w:name w:val="Dark List Accent 3"/>
    <w:basedOn w:val="Tabellanormale"/>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Elencoscuro-Colore4">
    <w:name w:val="Dark List Accent 4"/>
    <w:basedOn w:val="Tabellanormale"/>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Elencoscuro-Colore5">
    <w:name w:val="Dark List Accent 5"/>
    <w:basedOn w:val="Tabellanormale"/>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Elencoscuro-Colore6">
    <w:name w:val="Dark List Accent 6"/>
    <w:basedOn w:val="Tabellanormale"/>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Sfondoacolori">
    <w:name w:val="Colorful Shading"/>
    <w:basedOn w:val="Tabellanorma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Sfondoacolori-Colore1">
    <w:name w:val="Colorful Shading Accent 1"/>
    <w:basedOn w:val="Tabellanorma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Sfondoacolori-Colore2">
    <w:name w:val="Colorful Shading Accent 2"/>
    <w:basedOn w:val="Tabellanorma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Sfondoacolori-Colore3">
    <w:name w:val="Colorful Shading Accent 3"/>
    <w:basedOn w:val="Tabellanormale"/>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Sfondoacolori-Colore4">
    <w:name w:val="Colorful Shading Accent 4"/>
    <w:basedOn w:val="Tabellanormale"/>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Sfondoacolori-Colore5">
    <w:name w:val="Colorful Shading Accent 5"/>
    <w:basedOn w:val="Tabellanormale"/>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Sfondoacolori-Colore6">
    <w:name w:val="Colorful Shading Accent 6"/>
    <w:basedOn w:val="Tabellanormale"/>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Elencoacolori">
    <w:name w:val="Colorful List"/>
    <w:basedOn w:val="Tabellanormale"/>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Elencoacolori-Colore1">
    <w:name w:val="Colorful List Accent 1"/>
    <w:basedOn w:val="Tabellanormale"/>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Elencoacolori-Colore2">
    <w:name w:val="Colorful List Accent 2"/>
    <w:basedOn w:val="Tabellanormale"/>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Elencoacolori-Colore3">
    <w:name w:val="Colorful List Accent 3"/>
    <w:basedOn w:val="Tabellanormale"/>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Elencoacolori-Colore4">
    <w:name w:val="Colorful List Accent 4"/>
    <w:basedOn w:val="Tabellanormale"/>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Elencoacolori-Colore5">
    <w:name w:val="Colorful List Accent 5"/>
    <w:basedOn w:val="Tabellanormale"/>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Elencoacolori-Colore6">
    <w:name w:val="Colorful List Accent 6"/>
    <w:basedOn w:val="Tabellanormale"/>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Grigliaacolori">
    <w:name w:val="Colorful Grid"/>
    <w:basedOn w:val="Tabellanorma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gliaacolori-Colore1">
    <w:name w:val="Colorful Grid Accent 1"/>
    <w:basedOn w:val="Tabellanorma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gliaacolori-Colore2">
    <w:name w:val="Colorful Grid Accent 2"/>
    <w:basedOn w:val="Tabellanorma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gliaacolori-Colore3">
    <w:name w:val="Colorful Grid Accent 3"/>
    <w:basedOn w:val="Tabellanorma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gliaacolori-Colore4">
    <w:name w:val="Colorful Grid Accent 4"/>
    <w:basedOn w:val="Tabellanorma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gliaacolori-Colore5">
    <w:name w:val="Colorful Grid Accent 5"/>
    <w:basedOn w:val="Tabellanorma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gliaacolori-Colore6">
    <w:name w:val="Colorful Grid Accent 6"/>
    <w:basedOn w:val="Tabellanorma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342</Words>
  <Characters>1953</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2291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Francesco Gregorio</cp:lastModifiedBy>
  <cp:revision>5</cp:revision>
  <dcterms:created xsi:type="dcterms:W3CDTF">2013-12-23T23:15:00Z</dcterms:created>
  <dcterms:modified xsi:type="dcterms:W3CDTF">2026-09-14T12:25:00Z</dcterms:modified>
  <cp:category/>
</cp:coreProperties>
</file>